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להסביר מה כל מילה אומרת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השוער בעיקר תופס את הכדור ושומר על השער.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האוהדים שרים ומוחאים כפיים.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שופטת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(הקהל שמעודד)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(שחקנים שמשחקים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השחקנית מקבלת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הכדור נכנס לרשת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הקבוצה חוגגת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 שומר על השער ותופס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כשהכדור נכנס לשער זה נקרא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אוהדים הם הקהל שמעודד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אחריהן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להיעזר בציורים או בכרטיסיות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כ'קשה יותר'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מעולם הכדורגל, כמו שׁוֹעֵר, שַׁעַר וקְבוּצָה. נזהה את המילים ונלמד מתי משתמשים בהן.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שער  ·  שופטת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שורק ושומר על הכללים?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קוראים לקבוצה של שחקנים שמשחקים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השוער בועט בכדור הכי הרבה במשחק.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האוהדים הם הקהל שמעודד את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הכדור נכנס ל__________ וזה היה גול!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שורקת כשיש עבירה.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הקהל שמעודד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שחקנים שמשחקים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שומר על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הקבוצה חוגגת 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השחקנית מקבלת את הכדור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הכדור נכנס לרשת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השוער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כשהכדור נכנס לשער?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מעולם הכדורגל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