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מעולם הכדורגל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להסביר מה כל מילה אומרת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חלוץ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השוער בעיקר תופס את הכדור ושומר על השער.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האוהדים שרים ומוחאים כפיים.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הרשת תלויה בשער.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בדיוק המשמעות של גול.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שופטת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אוהדים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(שומר על הכללים)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(רץ קדימה ומבקיע גולים)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(הקהל שמעודד)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(שחקנים שמשחקים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השחקנית מקבלת את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בועטת בכדור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הכדור נכנס לרשת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הקבוצה חוגגת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הכדור נכנס לשער והקבוצה חוגגת.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שוער שומר על השער ותופס כדורים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כשהכדור נכנס לשער זה נקרא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אוהדים הם הקהל שמעודד את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ולבקש מהתלמידים לחזור אחריהן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להיעזר בציורים או בכרטיסיות כדי לחזק את הזיכרון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הפריטים המסומנים כ'קשה יותר'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מעולם הכדורגל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מילים על כדורגל. כל מילה אומרת משהו אחר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שׁוֹעֵר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ששומר על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שַׁעַר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שלשם מכניסים את הכדור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כַּדּוּר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עגול, בועטים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מִגְרָשׁ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משחקים כדורגל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שׁוֹפֵט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ששומר על הכללים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גּוֹל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כשהכדור נכנס לשער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קְבוּצָה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שחקנים שמשחקים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אוֹהֲדִים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הקהל שמעודד את הקבוצה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עומד ליד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נכנס לרשת?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שורק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השחקנים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לזה כשנכנס כדור לשער?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מנסה להבקיע גולים?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השוער בועט בכדור הכי הרבה במשחק.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האוהדים הם הקהל שמעודד את הקבוצה.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הרשת תלויה במגרש ולא בשער.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גול זה כשהכדור נכנס לשער.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תפסה את הכדור ושמרה על השער.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הכדור נכנס ל__________ וזה היה גול!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שורקת כשיש עבירה.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ה__________ רצים ביחד למגרש.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שרים ומוחאים כפיים כשהקבוצה מנצחת.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הקהל שמעודד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שחקנים שמשחקים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אוהדים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שומר על הכללים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רץ קדימה ומבקיע גולים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בועטת בכדור 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הכדור נכנס לרשת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השחקנית מקבלת את הכדור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הקבוצה חוגגת גול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 מה קורה כשיש גול.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השוער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כשהכדור נכנס לשער?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הם האוהדים?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מעולם הכדורגל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