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מה כל מילה אומרת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חלוץ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 בעיקר תופס את הכדור ושומר על השער.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האוהדים שרים ומוחאים כפיים.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הרשת תלויה בשער.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המשמעות של גול.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(רץ קדימה ומבקיע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(הקהל שמעודד)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(שחקנים שמשחקים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השחקנית מקבלת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בועטת בכדור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הכדור נכנס לרשת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הקבוצה חוגגת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הכדור נכנס לשער והקבוצה חוגגת.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ותופס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כשהכדור נכנס לשער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אוהדים הם הקהל שמעודד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להיעזר בציורים או בכרטיסיות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כ'קשה יותר'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מעולם הכדורגל, כמו שׁוֹעֵר, שַׁעַר וקְבוּצָה. נזהה את המילים ונלמד מתי משתמשים בהן.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שמים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שורק ושומר על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לקבוצה של שחקנים שמשחקים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רץ קדימה ומנסה להבקיע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בועט בכדור הכי הרבה במשחק.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הם הקהל שמעודד את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תלויה במגרש ולא בשער.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גול זה כשהכדור נכנס לשער.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תפסה את הכדור ושמרה על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הכדור נכנס ל__________ וזה היה גול!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שורקת כשיש עבירה.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ה__________ רצים ביחד למגרש.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שרים ומוחאים כפיים כשהקבוצה מנצחת.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רץ קדימה ומבקיע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הקהל שמעודד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נכנס לרשת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הקבוצה חוגגת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בועטת בכדור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מקבלת את הכדור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קורה כשיש גול.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האוהדים?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